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00" w:line="240" w:lineRule="auto"/>
        <w:ind w:left="0" w:right="0"/>
        <w:jc w:val="center"/>
        <w:keepNext/>
        <w:widowControl/>
        <w:bidi w:val="1"/>
      </w:pPr>
      <w:r>
        <w:rPr>
          <w:rFonts w:ascii="Arial" w:hAnsi="Arial" w:cs="Noto Sans Hebrew" w:eastAsia="Arial"/>
          <w:b/>
          <w:color w:val="000000"/>
          <w:sz w:val="36"/>
        </w:rPr>
        <w:t>שלומי שבת - ימים אחרים</w:t>
      </w:r>
    </w:p>
    <w:p>
      <w:pPr>
        <w:spacing w:before="80" w:after="60" w:line="252" w:lineRule="auto"/>
        <w:ind w:left="0" w:right="0"/>
        <w:jc w:val="center"/>
        <w:keepNext/>
        <w:widowControl/>
        <w:bidi w:val="1"/>
      </w:pPr>
      <w:r>
        <w:rPr>
          <w:rFonts w:ascii="Arial" w:hAnsi="Arial" w:cs="Noto Sans Hebrew" w:eastAsia="Arial"/>
          <w:b w:val="0"/>
          <w:color w:val="000000"/>
          <w:sz w:val="25"/>
        </w:rPr>
        <w:t>מילים: קובי מיטלפונקט ולירון בן שמעון</w:t>
      </w:r>
    </w:p>
    <w:p>
      <w:pPr>
        <w:spacing w:before="0" w:after="60" w:line="252" w:lineRule="auto"/>
        <w:ind w:left="0" w:right="0"/>
        <w:jc w:val="center"/>
        <w:keepNext/>
        <w:widowControl/>
        <w:bidi w:val="1"/>
      </w:pPr>
      <w:r>
        <w:rPr>
          <w:rFonts w:ascii="Arial" w:hAnsi="Arial" w:cs="Noto Sans Hebrew" w:eastAsia="Arial"/>
          <w:b w:val="0"/>
          <w:color w:val="000000"/>
          <w:sz w:val="25"/>
        </w:rPr>
        <w:t>לחן: לירון בן שמעון ואור בן עומרי</w:t>
      </w:r>
    </w:p>
    <w:p>
      <w:pPr>
        <w:spacing w:before="0" w:after="260" w:line="252" w:lineRule="auto"/>
        <w:ind w:left="0" w:right="0"/>
        <w:jc w:val="center"/>
        <w:keepNext/>
        <w:widowControl/>
        <w:bidi w:val="1"/>
      </w:pPr>
      <w:r>
        <w:rPr>
          <w:rFonts w:ascii="Arial" w:hAnsi="Arial" w:cs="Noto Sans Hebrew" w:eastAsia="Arial"/>
          <w:b w:val="0"/>
          <w:color w:val="000000"/>
          <w:sz w:val="25"/>
        </w:rPr>
        <w:t>עיבוד והפקה מוזיקלית: אור בן עומרי</w:t>
      </w:r>
    </w:p>
    <w:p>
      <w:pPr>
        <w:keepNext/>
        <w:widowControl/>
        <w:spacing w:before="0" w:after="280" w:line="240" w:lineRule="auto"/>
        <w:ind w:left="0" w:right="0"/>
        <w:jc w:val="center"/>
        <w:bidi w:val="1"/>
      </w:pPr>
      <w:r>
        <w:drawing>
          <wp:inline xmlns:a="http://schemas.openxmlformats.org/drawingml/2006/main" xmlns:pic="http://schemas.openxmlformats.org/drawingml/2006/picture">
            <wp:extent cx="3246120" cy="324612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DD25347-86DB-4DB5-B27F-12E4D6840326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32461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80" w:line="283" w:lineRule="auto"/>
        <w:ind w:left="0" w:right="0"/>
        <w:jc w:val="center"/>
        <w:keepNext w:val="0"/>
        <w:widowControl/>
        <w:bidi w:val="1"/>
      </w:pPr>
      <w:r>
        <w:rPr>
          <w:rFonts w:ascii="Arial" w:hAnsi="Arial" w:cs="Noto Sans Hebrew" w:eastAsia="Arial"/>
          <w:b w:val="0"/>
          <w:color w:val="000000"/>
          <w:sz w:val="23"/>
        </w:rPr>
        <w:t>שיר חדש בביצוע שלומי שבת מתוך הפרויקט ״אנחנו עוד נזרח״ של קובי מיטלפונקט ולירון בן שמעון.</w:t>
      </w:r>
    </w:p>
    <w:p>
      <w:pPr>
        <w:spacing w:before="0" w:after="180" w:line="283" w:lineRule="auto"/>
        <w:ind w:left="0" w:right="0"/>
        <w:jc w:val="center"/>
        <w:keepNext w:val="0"/>
        <w:widowControl/>
        <w:bidi w:val="1"/>
      </w:pPr>
      <w:r>
        <w:rPr>
          <w:rFonts w:ascii="Arial" w:hAnsi="Arial" w:cs="Noto Sans Hebrew" w:eastAsia="Arial"/>
          <w:b w:val="0"/>
          <w:color w:val="000000"/>
          <w:sz w:val="23"/>
        </w:rPr>
        <w:t>״ימים אחרים״ הוא שיר שמבקש להביט קדימה ולהאמין שגם אחרי תקופה ארוכה של כאב עצום, געגוע וחוסר ודאות, עוד יגיעו לכאן ימים טובים, שקטים ואנושיים יותר.</w:t>
      </w:r>
    </w:p>
    <w:p>
      <w:pPr>
        <w:spacing w:before="0" w:after="180" w:line="283" w:lineRule="auto"/>
        <w:ind w:left="0" w:right="0"/>
        <w:jc w:val="center"/>
        <w:keepNext w:val="0"/>
        <w:widowControl/>
        <w:bidi w:val="1"/>
      </w:pPr>
      <w:r>
        <w:rPr>
          <w:rFonts w:ascii="Arial" w:hAnsi="Arial"/>
          <w:b w:val="0"/>
          <w:sz w:val="23"/>
        </w:rPr>
        <w:t>בקולו החם והמרגש, שלומי שבת הופך את המסר הזה לתפילה עמוקה: שיהיה כאן טוב, ושמגיע לכולנו שיהיה כאן טוב.</w:t>
      </w:r>
    </w:p>
    <w:p>
      <w:pPr>
        <w:spacing w:before="0" w:after="280" w:line="283" w:lineRule="auto"/>
        <w:ind w:left="0" w:right="0"/>
        <w:jc w:val="center"/>
        <w:keepNext w:val="0"/>
        <w:widowControl/>
        <w:bidi w:val="1"/>
      </w:pPr>
      <w:r>
        <w:rPr>
          <w:rFonts w:ascii="Arial" w:hAnsi="Arial"/>
          <w:b w:val="0"/>
          <w:sz w:val="23"/>
        </w:rPr>
        <w:t>בפרויקט כבר לקחו חלק חמי רודנר, ערן צור, סגיב כהן ומנור שבת, לצד מורן דוד והמפיק המוזיקלי אור בן עומרי.</w:t>
      </w:r>
    </w:p>
    <w:p>
      <w:pPr>
        <w:spacing w:before="160" w:after="0" w:line="240" w:lineRule="auto"/>
        <w:ind w:left="0" w:right="0"/>
        <w:jc w:val="center"/>
        <w:keepNext w:val="0"/>
        <w:widowControl/>
        <w:bidi w:val="1"/>
      </w:pPr>
      <w:r/>
    </w:p>
    <w:p>
      <w:pPr>
        <w:keepNext w:val="0"/>
        <w:spacing w:before="200" w:after="0"/>
        <w:jc w:val="center"/>
        <w:bidi/>
      </w:pPr>
      <w:r>
        <w:rPr>
          <w:rFonts w:ascii="Arial" w:hAnsi="Arial" w:cs="Arial"/>
          <w:sz w:val="20"/>
        </w:rPr>
        <w:t>לפרטים נוספים:  uavnonpr@gmail.com  050-8122344</w:t>
      </w:r>
    </w:p>
    <w:sectPr w:rsidR="00FC693F" w:rsidRPr="0006063C" w:rsidSect="00034616">
      <w:pgSz w:w="12240" w:h="15840"/>
      <w:pgMar w:top="709" w:right="992" w:bottom="709" w:left="992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Noto Sans Hebrew" w:eastAsia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קומוניקט - ימים אחרים - שלומי שבת</dc:title>
  <dc:subject>קומוניקט לסינגל ימים אחרים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